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"לבדי" מאת חיים נחמן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דמויות הדובר והשכינה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 ואת האמצעים האמנותיים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הבדידות והקרע בין מסורת לעולם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העולם החדש וההשכלה שמחוץ לבית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גוזל 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היא מניחה ראשה על כתפו ובוכה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הסיום פתוח ונגמר בקו מפריד, בלי הכרעה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האנשה ודימוי לציפור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בשנת 1902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כולם נסחפו אחרי הרוח והאור ועזבו, רק הדובר נשאר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היא מתוארת בשיר באמצעות האנשה ודימוי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בסוף השיר מתברר שהיא שייכת גם לשכינה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המבנה של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הסיום פתוח ונגמר בקו מפריד, בלי הכרעה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במבנה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גמרא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(מטאפורה לדובר הצעיר והחלש)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(האנשה המתארת את חולשת השכינה)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(סמל לעולם החדש ולהשכלה)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(יוצרת מבנה מעגלי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(רמיזה המחברת את הכאב האישי לגורל העם)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כולם נסחפים אחרי הרוח והאור ועוזבים את 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 נשאר לבדו, מתואר כגוזל רך שנשתכח מלב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השכינה, שגורשה מכל מקום, נמצאת עם הדובר בבית המדרש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 הדובר כמה אל החלון ואל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השכינה מניחה ראשה על כתפו ובוכה על דף הגמרא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השכינה חוזרת על משפט הפתיחה ואומרת "ואיוותר לבדי"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שהדובר מרגיש אחריות ורחמים כלפי השכינה הפצועה, אך גם משיכה חזקה לעולם החדש; ניתן להביא את הדימוי של השכינה כציפור שבורה או את תיאור הכמיהה לחלון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יציינו שבתחילה נראה שהבדידות שייכת רק לדובר, אך בסוף מתברר שגם השכינה אומרת "ואיוותר לבדי", וכך שתי הדמויות חולקות את אותה בדידות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שמזהה את הרוח והאור כסמל לעולם החדש ולהשכלה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להתייחסות לדימוי האם והציפור הפצועה ולשימוש בהאנשה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שהשיר מסתיים בקו מפריד ובלי הכרעה בין המסורת לעולם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בכיתה לפני התרגול כדי להעביר את הטון הרגשי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המבנה המעגלי של השיר באמצעות השוואת שורת הפתיחה לשורות השכינה בבית החמישי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הפריטים המסומנים לקבוצות המתקשות ולהתמקד בהבנת העלילה והדמויות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"לבדי" מאת חיים נחמן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"לבדי" מתאר צעיר שנשאר בבית המדרש כשכל בני דורו יצאו אל העולם החדש, ואת הקשר הרגשי שלו עם השכינה הנשארת לבדה גם היא.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מסמלים "הרוח" ו"האור" בפתיחת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השכינה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העולם החדש וההשכלה שמחוץ לבית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הלילה בבית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הטבע ומזג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נשארה השכינה אחרי שגורשה מכל הזוויות?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בבית הוריו של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הכנסת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הדובר מכנה את עצמו בתחילת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אריה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גוזל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לשכינה ברגע השיא הרגשי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עפה אל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כועסת על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מניחה ראשה על כתפו ובוכה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עוזבת את בית המדרש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בסיום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הדובר מחליט לעזוב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השכינה עפה אל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 כועס על השכינה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הסיום פתוח ונגמר בקו מפריד, בלי הכרעה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אמצעי מתאר את השכינה כבעלת "כנף שבורה"?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 ודימוי לציפור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נכתב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בשנת 1902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בשנת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בשנת 1873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בשנת 1934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בני דורו של הדובר נשארו איתו בבית המדרש.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השכינה מתוארת כאם וכציפור פצועה בעלת כנף שבורה.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"לבדי" שבכותרת שייכת בסוף לדובר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בנוי משישה בתים של ארבעה טורים כל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מסתיים בהכרעה ברורה שהדובר נשאר עם השכינה.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החריזה בשיר היא בטורים השני והרביעי של כל 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מכנה את עצמו "__________ רך" שנשאר מאחור.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השכינה נותרה רק בפינה אחת קטנה ושוממה,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דמעת השכינה נטפה על דף ה__________ של הדובר.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השיר נגמר בקו מפריד ולא ב__________, כך שהסיום נשאר פתוח.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השכינה מתוארת ככנף __________, שאינה יכולה עוד להגן כמו פעם.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גוזל 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יוצרת מבנה מעגלי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כנף שבורה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מטאפורה לדובר הצעיר והחלש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החלון והאור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האנשה המתארת את חולשת השכינה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 על שורת הפתיחה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רמיזה המחברת את הכאב האישי לגורל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קינה עתיקה ותפילה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סמל לעולם החדש ולהשכלה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השכינה, שגורשה מכל מקום, נמצאת עם הדובר בבית המדרש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 הדובר כמה אל החלון ואל האור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השכינה חוזרת על משפט הפתיחה ואומרת "ואיוותר לבדי"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השכינה מניחה ראשה על כתפו ובוכה על דף הגמרא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נסחפים אחרי הרוח והאור ועוזבים את בית המדרש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נשאר לבדו, מתואר כגוזל רך שנשתכח מלב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הדובר קרוע בין נאמנות לשכינה לבין הכמיהה לחלון ולאור. הביאו דוגמה אחת מהשיר.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שבה אתם מסבירים כיצד המילה "לבדי" שבכותרת מקבלת משמעות כפולה עד סוף 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מסמלים הרוח והאור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מתוארת השכינה בשיר, ואילו אמצעים אמנותיים יוצרים את התיאור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סיום השיר נחשב ל"סיום פתוח"?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"לבדי" מאת חיים נחמן ביאליק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